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תדמית מול מציאות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להבחין בין מה שהכיתה דמיינה לבין מה שהתברר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https://sifrut-hachaver.sites.tab.bot/pe-tadmit.html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לחבר לשיחה על תדמית ברשתות ובחיי בית הספר.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🎭 תדמית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החבר הוא העשיר מכולם., ביתו של החבר מלכותי., לחבר יש משרתת פרטית.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🔦 מציאות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החבר עני ומתבייש בעוניו., "המשרתת" היא אמו., אמו חולה ועייפה.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הכיתה דמיינה זאת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🎭 תדמית מול מציאות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מיינו כל משפט: האם זו התדמית (מה שחשבו) או המציאות (מה שהיה באמת)?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רב־מלאך  |  תדמית  |  בוז  |  בושה  |  עוני  |  משרתת  |  אמא  |  חנות  |  חרטה  |  יתום  |  צמה  |  סוד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"המשרתת" היא אמו.  |  ביתו של החבר מלכותי.  |  לחבר יש משרתת פרטית.  |  אמו חולה ועייפה.  |  החבר הוא העשיר מכולם.  |  החבר עני ומתבייש בעוניו.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🎭 תדמית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🔦 מציאות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שתי טענות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מי אמר שהחבר עשיר?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החבר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הכיתה דמיינה זאת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על מקרה (מהחיים, מסרט או מספר) שבו מישהו נראה אחרת ממה שהוא באמת.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תדמית מול מציאות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