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תכונות הדמויות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לאפיין את הדמויות על פי מעשים, דיבור ותיאור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רגיל · חט״ב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https://sifrut-hachaver.sites.tab.bot/pe-tchunot.html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אפשר להרחיב לדיון: איזו דמות משתנה במהלך הסיפור?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המספר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הראשון בכיתה, בעל נטייה פיוטית, מתמלא גאווה מקרבה לחבר, מתחרט שנים אחר כך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החבר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יפה־תואר ומבריק, מרדן ועצל, מתבייש בעוני, מגן על עצמו בהתקפה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האם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מסורה לבנה, עייפה וחולה, שומרת על הסוד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בני הכיתה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"לא יפים ולא מכוערים", בונים תדמית מדמיון, מגיבים בבוז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 – "הראשון בכיתה הייתי אני"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מכנה את החבר "רב־מלאך"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גאה כשהחבר קורא לו בשמו הפרטי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"הייתי מוכן לשבת במקומו"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שיער זהב, אינטליגנציה צלולה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ו – לא מתאמץ להיות הראשון בכיתה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המספר: מנער שופט ונוקם למבוגר מתחרט ("מוכן לשבת במקומו").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הוא "כל חבר"; הוא נשאר זיכרון/דמות מוערצת; הקוראים יכולים לזהות בו מישהו מהחיים.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אישית: רעיון מרכזי ברור, נימוק/דוגמה, משפטים שלמים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🧑‍🤝‍🧑 תכונות הדמויות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מיינו את התכונות לפי הדמויות, והוסיפו ראיה מהסיפור.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מיון תכונות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בנק מילים: מגיבים בבוז  |  הראשון בכיתה  |  מגן על עצמו בהתקפה  |  שומרת על הסוד  |  יפה־תואר ומבריק  |  מתמלא גאווה מקרבה לחבר  |  "לא יפים ולא מכוערים"  |  בעל נטייה פיוטית  |  מסורה לבנה  |  מתבייש בעוני  |  מרדן ועצל  |  בונים תדמית מדמיון  |  מתחרט שנים אחר כך  |  עייפה וחולה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המספר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החבר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האם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בני הכיתה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ראיה מהסיפור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הראשון בכיתה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א. שיער זהב, אינטליגנציה צלולה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בעל נטייה פיוטית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ב. גאה כשהחבר קורא לו בשמו הפרטי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מתמלא גאווה מקרבה לחבר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ג. מכנה את החבר "רב־מלאך"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מתחרט שנים אחר כך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ד. "הייתי מוכן לשבת במקומו"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יפה־תואר ומבריק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ה. "הראשון בכיתה הייתי אני"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מרדן ועצל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ו. לא מתאמץ להיות הראשון בכיתה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שאלות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איזו דמות משתנה הכי הרבה בסיפור? הסבירו.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מדוע לדעתכם אין לחבר שם בסיפור?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כתיבה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כתבו פסקת אפיון קצרה של האם ("המשרתת"): שתי תכונות + ראיה לכל אחת.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תכונה + "כי…" + פרט מהסיפור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דבר אחד שלמדתי היום: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שאלה שעדיין יש לי: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איך הרגשתי בתרגול?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תכונות הדמויות – דף תרגול (רגיל)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